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21423" w14:textId="77777777" w:rsidR="005B5D0A" w:rsidRPr="00834209" w:rsidRDefault="00004C13" w:rsidP="00796AE9">
      <w:pPr>
        <w:spacing w:line="240" w:lineRule="auto"/>
        <w:jc w:val="center"/>
        <w:rPr>
          <w:rFonts w:ascii="Candara" w:hAnsi="Candara"/>
          <w:color w:val="000000" w:themeColor="text1"/>
          <w:lang w:val="es-CL"/>
        </w:rPr>
      </w:pPr>
      <w:bookmarkStart w:id="0" w:name="_GoBack"/>
      <w:bookmarkEnd w:id="0"/>
      <w:r w:rsidRPr="00834209">
        <w:rPr>
          <w:rFonts w:ascii="Candara" w:hAnsi="Candara"/>
          <w:b/>
          <w:color w:val="000000" w:themeColor="text1"/>
          <w:sz w:val="32"/>
          <w:lang w:val="es-CL"/>
        </w:rPr>
        <w:t>DISERTACIÓN: CONOCIENDO UNA REGIÓN DE CHILE</w:t>
      </w:r>
    </w:p>
    <w:p w14:paraId="7A654894" w14:textId="1AF64AA8" w:rsidR="005B5D0A" w:rsidRPr="00D230E7" w:rsidRDefault="00004C13" w:rsidP="00796AE9">
      <w:pPr>
        <w:spacing w:line="240" w:lineRule="auto"/>
        <w:jc w:val="center"/>
        <w:rPr>
          <w:rFonts w:ascii="Candara" w:hAnsi="Candara"/>
          <w:lang w:val="es-CL"/>
        </w:rPr>
      </w:pPr>
      <w:r w:rsidRPr="00D230E7">
        <w:rPr>
          <w:rFonts w:ascii="Candara" w:hAnsi="Candara"/>
          <w:b/>
          <w:sz w:val="24"/>
          <w:lang w:val="es-CL"/>
        </w:rPr>
        <w:t>Segundo Básico</w:t>
      </w:r>
    </w:p>
    <w:p w14:paraId="1A9E4004" w14:textId="77777777" w:rsidR="005B5D0A" w:rsidRPr="00834209" w:rsidRDefault="00004C13" w:rsidP="007842A3">
      <w:pPr>
        <w:spacing w:after="0"/>
        <w:rPr>
          <w:rFonts w:ascii="Candara" w:hAnsi="Candara"/>
          <w:color w:val="000000" w:themeColor="text1"/>
          <w:lang w:val="es-CL"/>
        </w:rPr>
      </w:pPr>
      <w:r w:rsidRPr="00834209">
        <w:rPr>
          <w:rFonts w:ascii="Candara" w:hAnsi="Candara"/>
          <w:b/>
          <w:color w:val="000000" w:themeColor="text1"/>
          <w:sz w:val="24"/>
          <w:lang w:val="es-CL"/>
        </w:rPr>
        <w:t>INSTRUCCIONES</w:t>
      </w:r>
    </w:p>
    <w:p w14:paraId="440AA2CF" w14:textId="7BA6781C" w:rsidR="005B5D0A" w:rsidRPr="007E6F78" w:rsidRDefault="00004C13" w:rsidP="007842A3">
      <w:pPr>
        <w:spacing w:after="0"/>
        <w:rPr>
          <w:rFonts w:ascii="Candara" w:hAnsi="Candara"/>
          <w:sz w:val="22"/>
          <w:szCs w:val="24"/>
          <w:lang w:val="es-CL"/>
        </w:rPr>
      </w:pPr>
      <w:r w:rsidRPr="007E6F78">
        <w:rPr>
          <w:rFonts w:ascii="Candara" w:hAnsi="Candara"/>
          <w:sz w:val="22"/>
          <w:szCs w:val="24"/>
          <w:lang w:val="es-CL"/>
        </w:rPr>
        <w:t>Cada estudiante deberá investigar una región de Chile y realizar una breve exposición frente al curso. Para apoyar su presentación deberá elaborar una ficha informativa</w:t>
      </w:r>
      <w:r w:rsidR="007E6F78">
        <w:rPr>
          <w:rFonts w:ascii="Candara" w:hAnsi="Candara"/>
          <w:sz w:val="22"/>
          <w:szCs w:val="24"/>
          <w:lang w:val="es-CL"/>
        </w:rPr>
        <w:t xml:space="preserve"> </w:t>
      </w:r>
      <w:r w:rsidR="007E6F78" w:rsidRPr="007E6F78">
        <w:rPr>
          <w:rFonts w:ascii="Candara" w:hAnsi="Candara"/>
          <w:b/>
          <w:bCs/>
          <w:sz w:val="22"/>
          <w:szCs w:val="24"/>
          <w:lang w:val="es-CL"/>
        </w:rPr>
        <w:t>(hoja tamaño oficio)</w:t>
      </w:r>
      <w:r w:rsidRPr="007E6F78">
        <w:rPr>
          <w:rFonts w:ascii="Candara" w:hAnsi="Candara"/>
          <w:sz w:val="22"/>
          <w:szCs w:val="24"/>
          <w:lang w:val="es-CL"/>
        </w:rPr>
        <w:t>, que</w:t>
      </w:r>
      <w:r w:rsidR="007E6F78" w:rsidRPr="007E6F78">
        <w:rPr>
          <w:rFonts w:ascii="Candara" w:hAnsi="Candara"/>
          <w:sz w:val="22"/>
          <w:szCs w:val="24"/>
          <w:lang w:val="es-CL"/>
        </w:rPr>
        <w:t xml:space="preserve"> debe</w:t>
      </w:r>
      <w:r w:rsidRPr="007E6F78">
        <w:rPr>
          <w:rFonts w:ascii="Candara" w:hAnsi="Candara"/>
          <w:sz w:val="22"/>
          <w:szCs w:val="24"/>
          <w:lang w:val="es-CL"/>
        </w:rPr>
        <w:t xml:space="preserve"> incluir dibujos, imágenes o fotografías relacionadas con la región.</w:t>
      </w:r>
    </w:p>
    <w:p w14:paraId="6714B25E" w14:textId="77777777" w:rsidR="005B5D0A" w:rsidRPr="007E6F78" w:rsidRDefault="00004C13" w:rsidP="007E6F78">
      <w:pPr>
        <w:spacing w:line="240" w:lineRule="auto"/>
        <w:ind w:left="709"/>
        <w:rPr>
          <w:rFonts w:ascii="Candara" w:hAnsi="Candara"/>
          <w:b/>
          <w:bCs/>
          <w:sz w:val="22"/>
          <w:szCs w:val="24"/>
          <w:lang w:val="es-CL"/>
        </w:rPr>
      </w:pPr>
      <w:r w:rsidRPr="007E6F78">
        <w:rPr>
          <w:rFonts w:ascii="Candara" w:hAnsi="Candara"/>
          <w:b/>
          <w:bCs/>
          <w:sz w:val="22"/>
          <w:szCs w:val="24"/>
          <w:lang w:val="es-CL"/>
        </w:rPr>
        <w:t>• Nombre de la región.</w:t>
      </w:r>
    </w:p>
    <w:p w14:paraId="200BB1D1" w14:textId="4EE7EED6" w:rsidR="005B5D0A" w:rsidRPr="007E6F78" w:rsidRDefault="00004C13" w:rsidP="007E6F78">
      <w:pPr>
        <w:spacing w:line="240" w:lineRule="auto"/>
        <w:ind w:left="709"/>
        <w:rPr>
          <w:rFonts w:ascii="Candara" w:hAnsi="Candara"/>
          <w:b/>
          <w:bCs/>
          <w:sz w:val="22"/>
          <w:szCs w:val="24"/>
          <w:lang w:val="es-CL"/>
        </w:rPr>
      </w:pPr>
      <w:r w:rsidRPr="007E6F78">
        <w:rPr>
          <w:rFonts w:ascii="Candara" w:hAnsi="Candara"/>
          <w:b/>
          <w:bCs/>
          <w:sz w:val="22"/>
          <w:szCs w:val="24"/>
          <w:lang w:val="es-CL"/>
        </w:rPr>
        <w:t>• Capital regional.</w:t>
      </w:r>
    </w:p>
    <w:p w14:paraId="7BB16774" w14:textId="27229A4D" w:rsidR="005B5D0A" w:rsidRPr="007E6F78" w:rsidRDefault="00004C13" w:rsidP="007E6F78">
      <w:pPr>
        <w:spacing w:line="240" w:lineRule="auto"/>
        <w:ind w:left="709"/>
        <w:rPr>
          <w:rFonts w:ascii="Candara" w:hAnsi="Candara"/>
          <w:b/>
          <w:bCs/>
          <w:sz w:val="22"/>
          <w:szCs w:val="24"/>
          <w:lang w:val="es-CL"/>
        </w:rPr>
      </w:pPr>
      <w:r w:rsidRPr="007E6F78">
        <w:rPr>
          <w:rFonts w:ascii="Candara" w:hAnsi="Candara"/>
          <w:b/>
          <w:bCs/>
          <w:sz w:val="22"/>
          <w:szCs w:val="24"/>
          <w:lang w:val="es-CL"/>
        </w:rPr>
        <w:t>• Zona de Chile en la que se encuentra: norte, centro o sur.</w:t>
      </w:r>
    </w:p>
    <w:p w14:paraId="5FDAC6BF" w14:textId="7CF6E653" w:rsidR="005B5D0A" w:rsidRPr="007E6F78" w:rsidRDefault="00004C13" w:rsidP="007E6F78">
      <w:pPr>
        <w:spacing w:line="240" w:lineRule="auto"/>
        <w:ind w:left="709"/>
        <w:rPr>
          <w:rFonts w:ascii="Candara" w:hAnsi="Candara"/>
          <w:b/>
          <w:bCs/>
          <w:sz w:val="22"/>
          <w:szCs w:val="24"/>
          <w:lang w:val="es-CL"/>
        </w:rPr>
      </w:pPr>
      <w:r w:rsidRPr="007E6F78">
        <w:rPr>
          <w:rFonts w:ascii="Candara" w:hAnsi="Candara"/>
          <w:b/>
          <w:bCs/>
          <w:sz w:val="22"/>
          <w:szCs w:val="24"/>
          <w:lang w:val="es-CL"/>
        </w:rPr>
        <w:t xml:space="preserve">• </w:t>
      </w:r>
      <w:r w:rsidR="007E6F78" w:rsidRPr="007E6F78">
        <w:rPr>
          <w:rFonts w:ascii="Candara" w:hAnsi="Candara"/>
          <w:b/>
          <w:bCs/>
          <w:sz w:val="22"/>
          <w:szCs w:val="24"/>
          <w:lang w:val="es-CL"/>
        </w:rPr>
        <w:t>Al menos c</w:t>
      </w:r>
      <w:r w:rsidRPr="007E6F78">
        <w:rPr>
          <w:rFonts w:ascii="Candara" w:hAnsi="Candara"/>
          <w:b/>
          <w:bCs/>
          <w:sz w:val="22"/>
          <w:szCs w:val="24"/>
          <w:lang w:val="es-CL"/>
        </w:rPr>
        <w:t>uatro palabras del vocabulario geográfico relacionadas con la región (por ejemplo: cordillera,</w:t>
      </w:r>
      <w:r w:rsidR="005F1DBE" w:rsidRPr="007E6F78">
        <w:rPr>
          <w:rFonts w:ascii="Candara" w:hAnsi="Candara"/>
          <w:b/>
          <w:bCs/>
          <w:sz w:val="22"/>
          <w:szCs w:val="24"/>
          <w:lang w:val="es-CL"/>
        </w:rPr>
        <w:t xml:space="preserve"> pueblo, ciudad,</w:t>
      </w:r>
      <w:r w:rsidRPr="007E6F78">
        <w:rPr>
          <w:rFonts w:ascii="Candara" w:hAnsi="Candara"/>
          <w:b/>
          <w:bCs/>
          <w:sz w:val="22"/>
          <w:szCs w:val="24"/>
          <w:lang w:val="es-CL"/>
        </w:rPr>
        <w:t xml:space="preserve"> costa, valle, río, lago, isla, volcán, desierto,</w:t>
      </w:r>
      <w:r w:rsidR="005F1DBE" w:rsidRPr="007E6F78">
        <w:rPr>
          <w:rFonts w:ascii="Candara" w:hAnsi="Candara"/>
          <w:b/>
          <w:bCs/>
          <w:sz w:val="22"/>
          <w:szCs w:val="24"/>
          <w:lang w:val="es-CL"/>
        </w:rPr>
        <w:t xml:space="preserve"> costa,</w:t>
      </w:r>
      <w:r w:rsidRPr="007E6F78">
        <w:rPr>
          <w:rFonts w:ascii="Candara" w:hAnsi="Candara"/>
          <w:b/>
          <w:bCs/>
          <w:sz w:val="22"/>
          <w:szCs w:val="24"/>
          <w:lang w:val="es-CL"/>
        </w:rPr>
        <w:t xml:space="preserve"> montaña o archipiélago).</w:t>
      </w:r>
    </w:p>
    <w:p w14:paraId="67078618" w14:textId="5BFDF47A" w:rsidR="005B5D0A" w:rsidRPr="007E6F78" w:rsidRDefault="00004C13" w:rsidP="007E6F78">
      <w:pPr>
        <w:spacing w:line="240" w:lineRule="auto"/>
        <w:ind w:left="709"/>
        <w:rPr>
          <w:rFonts w:ascii="Candara" w:hAnsi="Candara"/>
          <w:b/>
          <w:bCs/>
          <w:sz w:val="22"/>
          <w:szCs w:val="24"/>
          <w:lang w:val="es-CL"/>
        </w:rPr>
      </w:pPr>
      <w:r w:rsidRPr="007E6F78">
        <w:rPr>
          <w:rFonts w:ascii="Candara" w:hAnsi="Candara"/>
          <w:b/>
          <w:bCs/>
          <w:sz w:val="22"/>
          <w:szCs w:val="24"/>
          <w:lang w:val="es-CL"/>
        </w:rPr>
        <w:t>• Características del paisaje</w:t>
      </w:r>
      <w:r w:rsidR="005F1DBE" w:rsidRPr="007E6F78">
        <w:rPr>
          <w:rFonts w:ascii="Candara" w:hAnsi="Candara"/>
          <w:b/>
          <w:bCs/>
          <w:sz w:val="22"/>
          <w:szCs w:val="24"/>
          <w:lang w:val="es-CL"/>
        </w:rPr>
        <w:t xml:space="preserve"> y tiempo atmosférico</w:t>
      </w:r>
      <w:r w:rsidRPr="007E6F78">
        <w:rPr>
          <w:rFonts w:ascii="Candara" w:hAnsi="Candara"/>
          <w:b/>
          <w:bCs/>
          <w:sz w:val="22"/>
          <w:szCs w:val="24"/>
          <w:lang w:val="es-CL"/>
        </w:rPr>
        <w:t>: explicar brevemente cómo es el paisaje de la región.</w:t>
      </w:r>
    </w:p>
    <w:p w14:paraId="26B03876" w14:textId="77777777" w:rsidR="005B5D0A" w:rsidRPr="007E6F78" w:rsidRDefault="00004C13" w:rsidP="007E6F78">
      <w:pPr>
        <w:spacing w:line="240" w:lineRule="auto"/>
        <w:ind w:left="709"/>
        <w:rPr>
          <w:rFonts w:ascii="Candara" w:hAnsi="Candara"/>
          <w:b/>
          <w:bCs/>
          <w:sz w:val="22"/>
          <w:szCs w:val="24"/>
          <w:lang w:val="es-CL"/>
        </w:rPr>
      </w:pPr>
      <w:r w:rsidRPr="007E6F78">
        <w:rPr>
          <w:rFonts w:ascii="Candara" w:hAnsi="Candara"/>
          <w:b/>
          <w:bCs/>
          <w:sz w:val="22"/>
          <w:szCs w:val="24"/>
          <w:lang w:val="es-CL"/>
        </w:rPr>
        <w:t>• Una curiosidad o dato interesante de la región.</w:t>
      </w:r>
    </w:p>
    <w:p w14:paraId="5172D65E" w14:textId="58EFA037" w:rsidR="005B5D0A" w:rsidRPr="007E6F78" w:rsidRDefault="00004C13" w:rsidP="007E6F78">
      <w:pPr>
        <w:spacing w:line="240" w:lineRule="auto"/>
        <w:ind w:left="709"/>
        <w:rPr>
          <w:rFonts w:ascii="Candara" w:hAnsi="Candara"/>
          <w:b/>
          <w:bCs/>
          <w:sz w:val="22"/>
          <w:szCs w:val="24"/>
          <w:lang w:val="es-CL"/>
        </w:rPr>
      </w:pPr>
      <w:r w:rsidRPr="007E6F78">
        <w:rPr>
          <w:rFonts w:ascii="Candara" w:hAnsi="Candara"/>
          <w:b/>
          <w:bCs/>
          <w:sz w:val="22"/>
          <w:szCs w:val="24"/>
          <w:lang w:val="es-CL"/>
        </w:rPr>
        <w:t xml:space="preserve">• </w:t>
      </w:r>
      <w:r w:rsidR="007E6F78" w:rsidRPr="007E6F78">
        <w:rPr>
          <w:rFonts w:ascii="Candara" w:hAnsi="Candara"/>
          <w:b/>
          <w:bCs/>
          <w:sz w:val="22"/>
          <w:szCs w:val="24"/>
          <w:lang w:val="es-CL"/>
        </w:rPr>
        <w:t xml:space="preserve">LA FICHA DEBE PRESENTAR TODA LA INFORMACIÓN SOLICITADA DE MANERA ORDENADA Y LEGIBLE. </w:t>
      </w:r>
      <w:r w:rsidR="005F1DBE" w:rsidRPr="007E6F78">
        <w:rPr>
          <w:rFonts w:ascii="Candara" w:hAnsi="Candara"/>
          <w:b/>
          <w:bCs/>
          <w:sz w:val="22"/>
          <w:szCs w:val="24"/>
          <w:lang w:val="es-CL"/>
        </w:rPr>
        <w:t xml:space="preserve">(Imagen) (Tamaño hoja de oficio) </w:t>
      </w:r>
    </w:p>
    <w:p w14:paraId="3D96A346" w14:textId="3038F098" w:rsidR="005B5D0A" w:rsidRPr="00834209" w:rsidRDefault="00834209">
      <w:pPr>
        <w:rPr>
          <w:rFonts w:ascii="Candara" w:hAnsi="Candara"/>
          <w:b/>
          <w:color w:val="000000" w:themeColor="text1"/>
          <w:sz w:val="24"/>
          <w:lang w:val="es-CL"/>
        </w:rPr>
      </w:pPr>
      <w:r w:rsidRPr="00834209">
        <w:rPr>
          <w:rFonts w:ascii="Candara" w:hAnsi="Candara"/>
          <w:noProof/>
          <w:color w:val="000000" w:themeColor="text1"/>
        </w:rPr>
        <w:drawing>
          <wp:anchor distT="0" distB="0" distL="114300" distR="114300" simplePos="0" relativeHeight="251656704" behindDoc="0" locked="0" layoutInCell="1" allowOverlap="1" wp14:anchorId="25CF0AB6" wp14:editId="2CDDB404">
            <wp:simplePos x="0" y="0"/>
            <wp:positionH relativeFrom="column">
              <wp:posOffset>-1712</wp:posOffset>
            </wp:positionH>
            <wp:positionV relativeFrom="paragraph">
              <wp:posOffset>303530</wp:posOffset>
            </wp:positionV>
            <wp:extent cx="6692900" cy="4462145"/>
            <wp:effectExtent l="0" t="0" r="0" b="0"/>
            <wp:wrapNone/>
            <wp:docPr id="11385925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59250" name="Imagen 11385925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92900" cy="446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4209">
        <w:rPr>
          <w:rFonts w:ascii="Candara" w:hAnsi="Candara"/>
          <w:b/>
          <w:color w:val="000000" w:themeColor="text1"/>
          <w:sz w:val="24"/>
          <w:lang w:val="es-CL"/>
        </w:rPr>
        <w:t>RÚBRICA DE EVALUACIÓN</w:t>
      </w:r>
      <w:r w:rsidR="005F1DBE" w:rsidRPr="00834209">
        <w:rPr>
          <w:rFonts w:ascii="Candara" w:hAnsi="Candara"/>
          <w:b/>
          <w:color w:val="000000" w:themeColor="text1"/>
          <w:sz w:val="24"/>
          <w:lang w:val="es-CL"/>
        </w:rPr>
        <w:t xml:space="preserve"> (33 puntos) (27 al 29 de </w:t>
      </w:r>
      <w:r w:rsidR="004E7504" w:rsidRPr="00834209">
        <w:rPr>
          <w:rFonts w:ascii="Candara" w:hAnsi="Candara"/>
          <w:b/>
          <w:color w:val="000000" w:themeColor="text1"/>
          <w:sz w:val="24"/>
          <w:lang w:val="es-CL"/>
        </w:rPr>
        <w:t>octubre</w:t>
      </w:r>
      <w:r w:rsidR="005F1DBE" w:rsidRPr="00834209">
        <w:rPr>
          <w:rFonts w:ascii="Candara" w:hAnsi="Candara"/>
          <w:b/>
          <w:color w:val="000000" w:themeColor="text1"/>
          <w:sz w:val="24"/>
          <w:lang w:val="es-CL"/>
        </w:rPr>
        <w:t>)</w:t>
      </w:r>
      <w:r w:rsidR="007E6F78" w:rsidRPr="007E6F78">
        <w:rPr>
          <w:rFonts w:ascii="Candara" w:hAnsi="Candara"/>
          <w:lang w:val="es-CL"/>
        </w:rPr>
        <w:t xml:space="preserve"> </w:t>
      </w:r>
    </w:p>
    <w:p w14:paraId="70272793" w14:textId="2FE5F52A" w:rsidR="00834209" w:rsidRDefault="00834209">
      <w:pPr>
        <w:rPr>
          <w:rFonts w:ascii="Candara" w:hAnsi="Candara"/>
          <w:lang w:val="es-CL"/>
        </w:rPr>
      </w:pPr>
    </w:p>
    <w:p w14:paraId="54CF7FAE" w14:textId="65FD3DD5" w:rsidR="00834209" w:rsidRDefault="00834209">
      <w:pPr>
        <w:rPr>
          <w:rFonts w:ascii="Candara" w:hAnsi="Candara"/>
          <w:lang w:val="es-CL"/>
        </w:rPr>
      </w:pPr>
    </w:p>
    <w:p w14:paraId="48C0CC60" w14:textId="275B2D35" w:rsidR="00834209" w:rsidRDefault="00834209">
      <w:pPr>
        <w:rPr>
          <w:rFonts w:ascii="Candara" w:hAnsi="Candara"/>
          <w:lang w:val="es-CL"/>
        </w:rPr>
      </w:pPr>
    </w:p>
    <w:p w14:paraId="2AD4206D" w14:textId="085A46EB" w:rsidR="00834209" w:rsidRDefault="00834209">
      <w:pPr>
        <w:rPr>
          <w:rFonts w:ascii="Candara" w:hAnsi="Candara"/>
          <w:lang w:val="es-CL"/>
        </w:rPr>
      </w:pPr>
    </w:p>
    <w:p w14:paraId="6588913D" w14:textId="3AD092BF" w:rsidR="00834209" w:rsidRDefault="007E6F78">
      <w:pPr>
        <w:rPr>
          <w:rFonts w:ascii="Candara" w:hAnsi="Candara"/>
          <w:lang w:val="es-CL"/>
        </w:rPr>
      </w:pPr>
      <w:r>
        <w:rPr>
          <w:rFonts w:ascii="Candara" w:hAnsi="Candar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3BF4756" wp14:editId="36F70D45">
                <wp:simplePos x="0" y="0"/>
                <wp:positionH relativeFrom="column">
                  <wp:posOffset>3173509</wp:posOffset>
                </wp:positionH>
                <wp:positionV relativeFrom="paragraph">
                  <wp:posOffset>273906</wp:posOffset>
                </wp:positionV>
                <wp:extent cx="389614" cy="127221"/>
                <wp:effectExtent l="0" t="0" r="10795" b="25400"/>
                <wp:wrapNone/>
                <wp:docPr id="1632678776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12722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AE0B8A2" id="Rectángulo 3" o:spid="_x0000_s1026" style="position:absolute;margin-left:249.9pt;margin-top:21.55pt;width:30.7pt;height:10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" fillcolor="white [3201]" strokecolor="white [3212]" strokeweight="2pt"/>
            </w:pict>
          </mc:Fallback>
        </mc:AlternateContent>
      </w:r>
    </w:p>
    <w:p w14:paraId="713B62B4" w14:textId="79295305" w:rsidR="00834209" w:rsidRDefault="007E6F78">
      <w:pPr>
        <w:rPr>
          <w:rFonts w:ascii="Candara" w:hAnsi="Candara"/>
          <w:lang w:val="es-CL"/>
        </w:rPr>
      </w:pPr>
      <w:r w:rsidRPr="007E6F78">
        <w:rPr>
          <w:rFonts w:ascii="Candara" w:hAnsi="Candara"/>
          <w:noProof/>
        </w:rPr>
        <w:drawing>
          <wp:anchor distT="0" distB="0" distL="114300" distR="114300" simplePos="0" relativeHeight="251660800" behindDoc="0" locked="0" layoutInCell="1" allowOverlap="1" wp14:anchorId="4D6A47D7" wp14:editId="097965AD">
            <wp:simplePos x="0" y="0"/>
            <wp:positionH relativeFrom="column">
              <wp:posOffset>1574993</wp:posOffset>
            </wp:positionH>
            <wp:positionV relativeFrom="paragraph">
              <wp:posOffset>41026</wp:posOffset>
            </wp:positionV>
            <wp:extent cx="548688" cy="228620"/>
            <wp:effectExtent l="0" t="0" r="3810" b="0"/>
            <wp:wrapNone/>
            <wp:docPr id="16766615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66151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88" cy="22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126893" w14:textId="1372B9C2" w:rsidR="00834209" w:rsidRDefault="007E6F78">
      <w:pPr>
        <w:rPr>
          <w:rFonts w:ascii="Candara" w:hAnsi="Candara"/>
          <w:lang w:val="es-CL"/>
        </w:rPr>
      </w:pPr>
      <w:r w:rsidRPr="007E6F78">
        <w:rPr>
          <w:rFonts w:ascii="Candara" w:hAnsi="Candara"/>
          <w:noProof/>
        </w:rPr>
        <w:drawing>
          <wp:anchor distT="0" distB="0" distL="114300" distR="114300" simplePos="0" relativeHeight="251662848" behindDoc="0" locked="0" layoutInCell="1" allowOverlap="1" wp14:anchorId="5449E433" wp14:editId="0E056865">
            <wp:simplePos x="0" y="0"/>
            <wp:positionH relativeFrom="column">
              <wp:posOffset>1574358</wp:posOffset>
            </wp:positionH>
            <wp:positionV relativeFrom="paragraph">
              <wp:posOffset>109054</wp:posOffset>
            </wp:positionV>
            <wp:extent cx="548688" cy="228620"/>
            <wp:effectExtent l="0" t="0" r="3810" b="0"/>
            <wp:wrapNone/>
            <wp:docPr id="12571230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66151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88" cy="22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D0E7CA" w14:textId="1D062BB4" w:rsidR="00834209" w:rsidRDefault="00834209">
      <w:pPr>
        <w:rPr>
          <w:rFonts w:ascii="Candara" w:hAnsi="Candara"/>
          <w:lang w:val="es-CL"/>
        </w:rPr>
      </w:pPr>
    </w:p>
    <w:p w14:paraId="0B9BDF58" w14:textId="159B3F0B" w:rsidR="00834209" w:rsidRDefault="00834209">
      <w:pPr>
        <w:rPr>
          <w:rFonts w:ascii="Candara" w:hAnsi="Candara"/>
          <w:lang w:val="es-CL"/>
        </w:rPr>
      </w:pPr>
    </w:p>
    <w:p w14:paraId="6B67EFFD" w14:textId="77777777" w:rsidR="00834209" w:rsidRDefault="00834209">
      <w:pPr>
        <w:rPr>
          <w:rFonts w:ascii="Candara" w:hAnsi="Candara"/>
          <w:lang w:val="es-CL"/>
        </w:rPr>
      </w:pPr>
    </w:p>
    <w:p w14:paraId="686BC08B" w14:textId="09160958" w:rsidR="00834209" w:rsidRDefault="00834209">
      <w:pPr>
        <w:rPr>
          <w:rFonts w:ascii="Candara" w:hAnsi="Candara"/>
          <w:lang w:val="es-CL"/>
        </w:rPr>
      </w:pPr>
    </w:p>
    <w:p w14:paraId="43ED5817" w14:textId="77777777" w:rsidR="00834209" w:rsidRDefault="00834209">
      <w:pPr>
        <w:rPr>
          <w:rFonts w:ascii="Candara" w:hAnsi="Candara"/>
          <w:lang w:val="es-CL"/>
        </w:rPr>
      </w:pPr>
    </w:p>
    <w:p w14:paraId="1149B2F8" w14:textId="77777777" w:rsidR="00834209" w:rsidRDefault="00834209">
      <w:pPr>
        <w:rPr>
          <w:rFonts w:ascii="Candara" w:hAnsi="Candara"/>
          <w:lang w:val="es-CL"/>
        </w:rPr>
      </w:pPr>
    </w:p>
    <w:p w14:paraId="2F87F8DB" w14:textId="49178516" w:rsidR="00834209" w:rsidRPr="00D230E7" w:rsidRDefault="00834209">
      <w:pPr>
        <w:rPr>
          <w:rFonts w:ascii="Candara" w:hAnsi="Candara"/>
          <w:lang w:val="es-CL"/>
        </w:rPr>
      </w:pPr>
    </w:p>
    <w:sectPr w:rsidR="00834209" w:rsidRPr="00D230E7" w:rsidSect="00834209">
      <w:headerReference w:type="default" r:id="rId10"/>
      <w:pgSz w:w="12240" w:h="15840"/>
      <w:pgMar w:top="850" w:right="850" w:bottom="709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2645A" w14:textId="77777777" w:rsidR="00DB1789" w:rsidRDefault="00DB1789" w:rsidP="007E6F78">
      <w:pPr>
        <w:spacing w:after="0" w:line="240" w:lineRule="auto"/>
      </w:pPr>
      <w:r>
        <w:separator/>
      </w:r>
    </w:p>
  </w:endnote>
  <w:endnote w:type="continuationSeparator" w:id="0">
    <w:p w14:paraId="3FDA22AF" w14:textId="77777777" w:rsidR="00DB1789" w:rsidRDefault="00DB1789" w:rsidP="007E6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251EC" w14:textId="77777777" w:rsidR="00DB1789" w:rsidRDefault="00DB1789" w:rsidP="007E6F78">
      <w:pPr>
        <w:spacing w:after="0" w:line="240" w:lineRule="auto"/>
      </w:pPr>
      <w:r>
        <w:separator/>
      </w:r>
    </w:p>
  </w:footnote>
  <w:footnote w:type="continuationSeparator" w:id="0">
    <w:p w14:paraId="1A830564" w14:textId="77777777" w:rsidR="00DB1789" w:rsidRDefault="00DB1789" w:rsidP="007E6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EFEAE" w14:textId="09895215" w:rsidR="007E6F78" w:rsidRDefault="007E6F7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1E9ED5" wp14:editId="38245A4A">
          <wp:simplePos x="0" y="0"/>
          <wp:positionH relativeFrom="column">
            <wp:posOffset>199584</wp:posOffset>
          </wp:positionH>
          <wp:positionV relativeFrom="paragraph">
            <wp:posOffset>-67366</wp:posOffset>
          </wp:positionV>
          <wp:extent cx="538428" cy="659958"/>
          <wp:effectExtent l="0" t="0" r="0" b="6985"/>
          <wp:wrapNone/>
          <wp:docPr id="70757358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573585" name="Imagen 7075735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428" cy="6599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4C13"/>
    <w:rsid w:val="00034616"/>
    <w:rsid w:val="0006063C"/>
    <w:rsid w:val="000B72CF"/>
    <w:rsid w:val="00144188"/>
    <w:rsid w:val="0015074B"/>
    <w:rsid w:val="0029639D"/>
    <w:rsid w:val="002D479C"/>
    <w:rsid w:val="00326F90"/>
    <w:rsid w:val="004E7504"/>
    <w:rsid w:val="005B5D0A"/>
    <w:rsid w:val="005F1DBE"/>
    <w:rsid w:val="006B5D48"/>
    <w:rsid w:val="007842A3"/>
    <w:rsid w:val="00796AE9"/>
    <w:rsid w:val="007E6F78"/>
    <w:rsid w:val="00834209"/>
    <w:rsid w:val="00AA1D8D"/>
    <w:rsid w:val="00B47730"/>
    <w:rsid w:val="00CB0664"/>
    <w:rsid w:val="00D230E7"/>
    <w:rsid w:val="00D51253"/>
    <w:rsid w:val="00DB17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621832"/>
  <w14:defaultImageDpi w14:val="300"/>
  <w15:docId w15:val="{4F707C3C-82A6-4BB9-A8A3-BC01510F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88E0F2-D3F6-4C67-83F1-1A3C18728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 de Windows</cp:lastModifiedBy>
  <cp:revision>2</cp:revision>
  <dcterms:created xsi:type="dcterms:W3CDTF">2026-10-01T23:20:00Z</dcterms:created>
  <dcterms:modified xsi:type="dcterms:W3CDTF">2026-10-01T23:20:00Z</dcterms:modified>
  <cp:category/>
</cp:coreProperties>
</file>